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7226" w14:textId="0B6BDB33" w:rsidR="0089343F" w:rsidRDefault="00B65289" w:rsidP="00B65289">
      <w:pPr>
        <w:pStyle w:val="Nzev"/>
        <w:jc w:val="center"/>
      </w:pPr>
      <w:r>
        <w:t>Německá odlučitelná slovesa</w:t>
      </w:r>
    </w:p>
    <w:p w14:paraId="641FF62B" w14:textId="77777777" w:rsidR="0089343F" w:rsidRDefault="00B65289">
      <w:r>
        <w:t>Tabulka obsahuje nejpoužívanější německá slovesa s odlučitelnou předponou. U každého slovesa je uveden překlad, časování v přítomném čase (Präsens) a příklad věty.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60"/>
        <w:gridCol w:w="2160"/>
        <w:gridCol w:w="2160"/>
        <w:gridCol w:w="2160"/>
      </w:tblGrid>
      <w:tr w:rsidR="0089343F" w14:paraId="5D495F1A" w14:textId="77777777">
        <w:tc>
          <w:tcPr>
            <w:tcW w:w="2160" w:type="dxa"/>
          </w:tcPr>
          <w:p w14:paraId="3933ABB5" w14:textId="77777777" w:rsidR="0089343F" w:rsidRDefault="00B65289">
            <w:r>
              <w:t>Infinitiv</w:t>
            </w:r>
          </w:p>
        </w:tc>
        <w:tc>
          <w:tcPr>
            <w:tcW w:w="2160" w:type="dxa"/>
          </w:tcPr>
          <w:p w14:paraId="0E4F21AA" w14:textId="77777777" w:rsidR="0089343F" w:rsidRDefault="00B65289">
            <w:r>
              <w:t>Překlad</w:t>
            </w:r>
          </w:p>
        </w:tc>
        <w:tc>
          <w:tcPr>
            <w:tcW w:w="2160" w:type="dxa"/>
          </w:tcPr>
          <w:p w14:paraId="0CCB213F" w14:textId="77777777" w:rsidR="0089343F" w:rsidRDefault="00B65289">
            <w:r>
              <w:t>Časování (Präsens)</w:t>
            </w:r>
          </w:p>
        </w:tc>
        <w:tc>
          <w:tcPr>
            <w:tcW w:w="2160" w:type="dxa"/>
          </w:tcPr>
          <w:p w14:paraId="67C720FC" w14:textId="77777777" w:rsidR="0089343F" w:rsidRDefault="00B65289">
            <w:r>
              <w:t>Příklad věty</w:t>
            </w:r>
          </w:p>
        </w:tc>
      </w:tr>
      <w:tr w:rsidR="0089343F" w14:paraId="234A198F" w14:textId="77777777">
        <w:tc>
          <w:tcPr>
            <w:tcW w:w="2160" w:type="dxa"/>
          </w:tcPr>
          <w:p w14:paraId="62D25670" w14:textId="77777777" w:rsidR="0089343F" w:rsidRDefault="00B65289">
            <w:r>
              <w:t>aufstehen</w:t>
            </w:r>
          </w:p>
        </w:tc>
        <w:tc>
          <w:tcPr>
            <w:tcW w:w="2160" w:type="dxa"/>
          </w:tcPr>
          <w:p w14:paraId="3A4AF967" w14:textId="77777777" w:rsidR="0089343F" w:rsidRDefault="00B65289">
            <w:r>
              <w:t>vstát</w:t>
            </w:r>
          </w:p>
        </w:tc>
        <w:tc>
          <w:tcPr>
            <w:tcW w:w="2160" w:type="dxa"/>
          </w:tcPr>
          <w:p w14:paraId="694EC1C7" w14:textId="77777777" w:rsidR="0089343F" w:rsidRDefault="00B65289">
            <w:r>
              <w:t>ich stehe auf</w:t>
            </w:r>
            <w:r>
              <w:br/>
              <w:t>du stehst auf</w:t>
            </w:r>
            <w:r>
              <w:br/>
              <w:t>er/sie/es steht auf</w:t>
            </w:r>
            <w:r>
              <w:br/>
              <w:t>wir stehen auf</w:t>
            </w:r>
            <w:r>
              <w:br/>
              <w:t>ihr steht auf</w:t>
            </w:r>
            <w:r>
              <w:br/>
              <w:t>sie/Sie stehen auf</w:t>
            </w:r>
          </w:p>
        </w:tc>
        <w:tc>
          <w:tcPr>
            <w:tcW w:w="2160" w:type="dxa"/>
          </w:tcPr>
          <w:p w14:paraId="0D6CD593" w14:textId="77777777" w:rsidR="0089343F" w:rsidRDefault="00B65289">
            <w:r>
              <w:t>Ich stehe jeden Tag um 7 Uhr auf.</w:t>
            </w:r>
          </w:p>
        </w:tc>
      </w:tr>
      <w:tr w:rsidR="0089343F" w14:paraId="2189B9FD" w14:textId="77777777">
        <w:tc>
          <w:tcPr>
            <w:tcW w:w="2160" w:type="dxa"/>
          </w:tcPr>
          <w:p w14:paraId="6CC33C6B" w14:textId="77777777" w:rsidR="0089343F" w:rsidRDefault="00B65289">
            <w:r>
              <w:t>ankommen</w:t>
            </w:r>
          </w:p>
        </w:tc>
        <w:tc>
          <w:tcPr>
            <w:tcW w:w="2160" w:type="dxa"/>
          </w:tcPr>
          <w:p w14:paraId="18F1BAED" w14:textId="77777777" w:rsidR="0089343F" w:rsidRDefault="00B65289">
            <w:r>
              <w:t>přijít, dorazit</w:t>
            </w:r>
          </w:p>
        </w:tc>
        <w:tc>
          <w:tcPr>
            <w:tcW w:w="2160" w:type="dxa"/>
          </w:tcPr>
          <w:p w14:paraId="0C9CD8DD" w14:textId="77777777" w:rsidR="0089343F" w:rsidRDefault="00B65289">
            <w:r>
              <w:t>ich komme an</w:t>
            </w:r>
            <w:r>
              <w:br/>
              <w:t>du kommst an</w:t>
            </w:r>
            <w:r>
              <w:br/>
              <w:t>er/sie/es kommt an</w:t>
            </w:r>
            <w:r>
              <w:br/>
              <w:t>wir kommen an</w:t>
            </w:r>
            <w:r>
              <w:br/>
              <w:t>ihr kommt an</w:t>
            </w:r>
            <w:r>
              <w:br/>
              <w:t>sie/Sie kommen an</w:t>
            </w:r>
          </w:p>
        </w:tc>
        <w:tc>
          <w:tcPr>
            <w:tcW w:w="2160" w:type="dxa"/>
          </w:tcPr>
          <w:p w14:paraId="783843B0" w14:textId="77777777" w:rsidR="0089343F" w:rsidRDefault="00B65289">
            <w:r>
              <w:t>Der Zug kommt um 9 Uhr an.</w:t>
            </w:r>
          </w:p>
        </w:tc>
      </w:tr>
      <w:tr w:rsidR="0089343F" w14:paraId="709FB725" w14:textId="77777777">
        <w:tc>
          <w:tcPr>
            <w:tcW w:w="2160" w:type="dxa"/>
          </w:tcPr>
          <w:p w14:paraId="3BB0ECE9" w14:textId="77777777" w:rsidR="0089343F" w:rsidRDefault="00B65289">
            <w:r>
              <w:t>mitkommen</w:t>
            </w:r>
          </w:p>
        </w:tc>
        <w:tc>
          <w:tcPr>
            <w:tcW w:w="2160" w:type="dxa"/>
          </w:tcPr>
          <w:p w14:paraId="0D7D83DC" w14:textId="77777777" w:rsidR="0089343F" w:rsidRDefault="00B65289">
            <w:r>
              <w:t>jít s někým</w:t>
            </w:r>
          </w:p>
        </w:tc>
        <w:tc>
          <w:tcPr>
            <w:tcW w:w="2160" w:type="dxa"/>
          </w:tcPr>
          <w:p w14:paraId="233840E7" w14:textId="77777777" w:rsidR="0089343F" w:rsidRDefault="00B65289">
            <w:r>
              <w:t>ich komme mit</w:t>
            </w:r>
            <w:r>
              <w:br/>
              <w:t>du kommst mit</w:t>
            </w:r>
            <w:r>
              <w:br/>
              <w:t>er/sie/es kommt mit</w:t>
            </w:r>
            <w:r>
              <w:br/>
              <w:t>wir kommen mit</w:t>
            </w:r>
            <w:r>
              <w:br/>
              <w:t>ihr kommt mit</w:t>
            </w:r>
            <w:r>
              <w:br/>
              <w:t>sie/Sie kommen mit</w:t>
            </w:r>
          </w:p>
        </w:tc>
        <w:tc>
          <w:tcPr>
            <w:tcW w:w="2160" w:type="dxa"/>
          </w:tcPr>
          <w:p w14:paraId="401E9750" w14:textId="77777777" w:rsidR="0089343F" w:rsidRDefault="00B65289">
            <w:r>
              <w:t>Kommst du ins Kino mit?</w:t>
            </w:r>
          </w:p>
        </w:tc>
      </w:tr>
      <w:tr w:rsidR="0089343F" w14:paraId="45D19750" w14:textId="77777777">
        <w:tc>
          <w:tcPr>
            <w:tcW w:w="2160" w:type="dxa"/>
          </w:tcPr>
          <w:p w14:paraId="3A41F38A" w14:textId="77777777" w:rsidR="0089343F" w:rsidRDefault="00B65289">
            <w:r>
              <w:t>fernsehen</w:t>
            </w:r>
          </w:p>
        </w:tc>
        <w:tc>
          <w:tcPr>
            <w:tcW w:w="2160" w:type="dxa"/>
          </w:tcPr>
          <w:p w14:paraId="0F28BA98" w14:textId="77777777" w:rsidR="0089343F" w:rsidRDefault="00B65289">
            <w:r>
              <w:t>dívat se na televizi</w:t>
            </w:r>
          </w:p>
        </w:tc>
        <w:tc>
          <w:tcPr>
            <w:tcW w:w="2160" w:type="dxa"/>
          </w:tcPr>
          <w:p w14:paraId="288B1B4F" w14:textId="77777777" w:rsidR="0089343F" w:rsidRDefault="00B65289">
            <w:r>
              <w:t>ich sehe fern</w:t>
            </w:r>
            <w:r>
              <w:br/>
              <w:t>du siehst fern</w:t>
            </w:r>
            <w:r>
              <w:br/>
              <w:t>er/sie/es sieht fern</w:t>
            </w:r>
            <w:r>
              <w:br/>
              <w:t>wir sehen fern</w:t>
            </w:r>
            <w:r>
              <w:br/>
            </w:r>
            <w:r>
              <w:t>ihr seht fern</w:t>
            </w:r>
            <w:r>
              <w:br/>
              <w:t>sie/Sie sehen fern</w:t>
            </w:r>
          </w:p>
        </w:tc>
        <w:tc>
          <w:tcPr>
            <w:tcW w:w="2160" w:type="dxa"/>
          </w:tcPr>
          <w:p w14:paraId="7BA3611D" w14:textId="77777777" w:rsidR="0089343F" w:rsidRDefault="00B65289">
            <w:r>
              <w:t>Am Abend sehe ich gern fern.</w:t>
            </w:r>
          </w:p>
        </w:tc>
      </w:tr>
      <w:tr w:rsidR="0089343F" w14:paraId="1E33DE04" w14:textId="77777777">
        <w:tc>
          <w:tcPr>
            <w:tcW w:w="2160" w:type="dxa"/>
          </w:tcPr>
          <w:p w14:paraId="14A6A29E" w14:textId="77777777" w:rsidR="0089343F" w:rsidRDefault="00B65289">
            <w:r>
              <w:t>zurückkommen</w:t>
            </w:r>
          </w:p>
        </w:tc>
        <w:tc>
          <w:tcPr>
            <w:tcW w:w="2160" w:type="dxa"/>
          </w:tcPr>
          <w:p w14:paraId="57B956F9" w14:textId="77777777" w:rsidR="0089343F" w:rsidRDefault="00B65289">
            <w:r>
              <w:t>vrátit se</w:t>
            </w:r>
          </w:p>
        </w:tc>
        <w:tc>
          <w:tcPr>
            <w:tcW w:w="2160" w:type="dxa"/>
          </w:tcPr>
          <w:p w14:paraId="7C4A648C" w14:textId="77777777" w:rsidR="0089343F" w:rsidRDefault="00B65289">
            <w:r>
              <w:t>ich komme zurück</w:t>
            </w:r>
            <w:r>
              <w:br/>
              <w:t>du kommst zurück</w:t>
            </w:r>
            <w:r>
              <w:br/>
              <w:t>er/sie/es kommt zurück</w:t>
            </w:r>
            <w:r>
              <w:br/>
              <w:t>wir kommen zurück</w:t>
            </w:r>
            <w:r>
              <w:br/>
              <w:t>ihr kommt zurück</w:t>
            </w:r>
            <w:r>
              <w:br/>
              <w:t xml:space="preserve">sie/Sie kommen </w:t>
            </w:r>
            <w:r>
              <w:lastRenderedPageBreak/>
              <w:t>zurück</w:t>
            </w:r>
          </w:p>
        </w:tc>
        <w:tc>
          <w:tcPr>
            <w:tcW w:w="2160" w:type="dxa"/>
          </w:tcPr>
          <w:p w14:paraId="4D0043BF" w14:textId="77777777" w:rsidR="0089343F" w:rsidRDefault="00B65289">
            <w:r>
              <w:lastRenderedPageBreak/>
              <w:t>Er kommt morgen zurück.</w:t>
            </w:r>
          </w:p>
        </w:tc>
      </w:tr>
      <w:tr w:rsidR="0089343F" w14:paraId="2B2A697D" w14:textId="77777777">
        <w:tc>
          <w:tcPr>
            <w:tcW w:w="2160" w:type="dxa"/>
          </w:tcPr>
          <w:p w14:paraId="46D8FAF2" w14:textId="77777777" w:rsidR="0089343F" w:rsidRDefault="00B65289">
            <w:r>
              <w:t>einsteigen</w:t>
            </w:r>
          </w:p>
        </w:tc>
        <w:tc>
          <w:tcPr>
            <w:tcW w:w="2160" w:type="dxa"/>
          </w:tcPr>
          <w:p w14:paraId="0D1FF84C" w14:textId="77777777" w:rsidR="0089343F" w:rsidRDefault="00B65289">
            <w:r>
              <w:t>nastoupit</w:t>
            </w:r>
          </w:p>
        </w:tc>
        <w:tc>
          <w:tcPr>
            <w:tcW w:w="2160" w:type="dxa"/>
          </w:tcPr>
          <w:p w14:paraId="1E85420B" w14:textId="77777777" w:rsidR="0089343F" w:rsidRDefault="00B65289">
            <w:r>
              <w:t>ich steige ein</w:t>
            </w:r>
            <w:r>
              <w:br/>
              <w:t>du steigst ein</w:t>
            </w:r>
            <w:r>
              <w:br/>
              <w:t>er/sie/es steigt ein</w:t>
            </w:r>
            <w:r>
              <w:br/>
              <w:t>wir steigen ein</w:t>
            </w:r>
            <w:r>
              <w:br/>
              <w:t>ihr steigt ein</w:t>
            </w:r>
            <w:r>
              <w:br/>
              <w:t>sie/Sie steigen ein</w:t>
            </w:r>
          </w:p>
        </w:tc>
        <w:tc>
          <w:tcPr>
            <w:tcW w:w="2160" w:type="dxa"/>
          </w:tcPr>
          <w:p w14:paraId="79436FF1" w14:textId="77777777" w:rsidR="0089343F" w:rsidRDefault="00B65289">
            <w:r>
              <w:t>Wir steigen in den Bus ein.</w:t>
            </w:r>
          </w:p>
        </w:tc>
      </w:tr>
      <w:tr w:rsidR="0089343F" w14:paraId="4124687E" w14:textId="77777777">
        <w:tc>
          <w:tcPr>
            <w:tcW w:w="2160" w:type="dxa"/>
          </w:tcPr>
          <w:p w14:paraId="151D9A7C" w14:textId="77777777" w:rsidR="0089343F" w:rsidRDefault="00B65289">
            <w:r>
              <w:t>aussteigen</w:t>
            </w:r>
          </w:p>
        </w:tc>
        <w:tc>
          <w:tcPr>
            <w:tcW w:w="2160" w:type="dxa"/>
          </w:tcPr>
          <w:p w14:paraId="2BBC31C2" w14:textId="77777777" w:rsidR="0089343F" w:rsidRDefault="00B65289">
            <w:r>
              <w:t>vystoupit</w:t>
            </w:r>
          </w:p>
        </w:tc>
        <w:tc>
          <w:tcPr>
            <w:tcW w:w="2160" w:type="dxa"/>
          </w:tcPr>
          <w:p w14:paraId="6DCDA77B" w14:textId="77777777" w:rsidR="0089343F" w:rsidRDefault="00B65289">
            <w:r>
              <w:t>ich steige aus</w:t>
            </w:r>
            <w:r>
              <w:br/>
              <w:t>du steigst aus</w:t>
            </w:r>
            <w:r>
              <w:br/>
              <w:t>er/sie/es steigt aus</w:t>
            </w:r>
            <w:r>
              <w:br/>
              <w:t>wir steigen aus</w:t>
            </w:r>
            <w:r>
              <w:br/>
              <w:t>ihr steigt aus</w:t>
            </w:r>
            <w:r>
              <w:br/>
              <w:t>sie/Sie steigen aus</w:t>
            </w:r>
          </w:p>
        </w:tc>
        <w:tc>
          <w:tcPr>
            <w:tcW w:w="2160" w:type="dxa"/>
          </w:tcPr>
          <w:p w14:paraId="059F08E2" w14:textId="77777777" w:rsidR="0089343F" w:rsidRDefault="00B65289">
            <w:r>
              <w:t>Ich steige an der nächsten Station aus.</w:t>
            </w:r>
          </w:p>
        </w:tc>
      </w:tr>
      <w:tr w:rsidR="0089343F" w14:paraId="30ED9C5A" w14:textId="77777777">
        <w:tc>
          <w:tcPr>
            <w:tcW w:w="2160" w:type="dxa"/>
          </w:tcPr>
          <w:p w14:paraId="2CC991ED" w14:textId="77777777" w:rsidR="0089343F" w:rsidRDefault="00B65289">
            <w:r>
              <w:t>anrufen</w:t>
            </w:r>
          </w:p>
        </w:tc>
        <w:tc>
          <w:tcPr>
            <w:tcW w:w="2160" w:type="dxa"/>
          </w:tcPr>
          <w:p w14:paraId="4BEFF701" w14:textId="77777777" w:rsidR="0089343F" w:rsidRDefault="00B65289">
            <w:r>
              <w:t>zavolat</w:t>
            </w:r>
          </w:p>
        </w:tc>
        <w:tc>
          <w:tcPr>
            <w:tcW w:w="2160" w:type="dxa"/>
          </w:tcPr>
          <w:p w14:paraId="4FE3CD42" w14:textId="77777777" w:rsidR="0089343F" w:rsidRDefault="00B65289">
            <w:r>
              <w:t>ich rufe an</w:t>
            </w:r>
            <w:r>
              <w:br/>
              <w:t>du rufst an</w:t>
            </w:r>
            <w:r>
              <w:br/>
              <w:t>er/sie/es ruft an</w:t>
            </w:r>
            <w:r>
              <w:br/>
              <w:t>wir rufen an</w:t>
            </w:r>
            <w:r>
              <w:br/>
              <w:t>ihr ruft an</w:t>
            </w:r>
            <w:r>
              <w:br/>
              <w:t>sie/Sie rufen an</w:t>
            </w:r>
          </w:p>
        </w:tc>
        <w:tc>
          <w:tcPr>
            <w:tcW w:w="2160" w:type="dxa"/>
          </w:tcPr>
          <w:p w14:paraId="71464C64" w14:textId="77777777" w:rsidR="0089343F" w:rsidRDefault="00B65289">
            <w:r>
              <w:t>Ich rufe dich morgen an.</w:t>
            </w:r>
          </w:p>
        </w:tc>
      </w:tr>
      <w:tr w:rsidR="0089343F" w14:paraId="53670DE0" w14:textId="77777777">
        <w:tc>
          <w:tcPr>
            <w:tcW w:w="2160" w:type="dxa"/>
          </w:tcPr>
          <w:p w14:paraId="269404A2" w14:textId="77777777" w:rsidR="0089343F" w:rsidRDefault="00B65289">
            <w:r>
              <w:t>aufmachen</w:t>
            </w:r>
          </w:p>
        </w:tc>
        <w:tc>
          <w:tcPr>
            <w:tcW w:w="2160" w:type="dxa"/>
          </w:tcPr>
          <w:p w14:paraId="17828FD3" w14:textId="77777777" w:rsidR="0089343F" w:rsidRDefault="00B65289">
            <w:r>
              <w:t>otevřít</w:t>
            </w:r>
          </w:p>
        </w:tc>
        <w:tc>
          <w:tcPr>
            <w:tcW w:w="2160" w:type="dxa"/>
          </w:tcPr>
          <w:p w14:paraId="06D44462" w14:textId="77777777" w:rsidR="0089343F" w:rsidRDefault="00B65289">
            <w:r>
              <w:t>ich mache auf</w:t>
            </w:r>
            <w:r>
              <w:br/>
              <w:t>du machst auf</w:t>
            </w:r>
            <w:r>
              <w:br/>
              <w:t>er/sie/es macht auf</w:t>
            </w:r>
            <w:r>
              <w:br/>
              <w:t>wir machen auf</w:t>
            </w:r>
            <w:r>
              <w:br/>
            </w:r>
            <w:r>
              <w:t>ihr macht auf</w:t>
            </w:r>
            <w:r>
              <w:br/>
              <w:t>sie/Sie machen auf</w:t>
            </w:r>
          </w:p>
        </w:tc>
        <w:tc>
          <w:tcPr>
            <w:tcW w:w="2160" w:type="dxa"/>
          </w:tcPr>
          <w:p w14:paraId="185015F5" w14:textId="77777777" w:rsidR="0089343F" w:rsidRDefault="00B65289">
            <w:r>
              <w:t>Bitte mach das Fenster auf.</w:t>
            </w:r>
          </w:p>
        </w:tc>
      </w:tr>
      <w:tr w:rsidR="0089343F" w14:paraId="559246E1" w14:textId="77777777">
        <w:tc>
          <w:tcPr>
            <w:tcW w:w="2160" w:type="dxa"/>
          </w:tcPr>
          <w:p w14:paraId="338C3B38" w14:textId="77777777" w:rsidR="0089343F" w:rsidRDefault="00B65289">
            <w:r>
              <w:t>zumachen</w:t>
            </w:r>
          </w:p>
        </w:tc>
        <w:tc>
          <w:tcPr>
            <w:tcW w:w="2160" w:type="dxa"/>
          </w:tcPr>
          <w:p w14:paraId="25C89BF4" w14:textId="77777777" w:rsidR="0089343F" w:rsidRDefault="00B65289">
            <w:r>
              <w:t>zavřít</w:t>
            </w:r>
          </w:p>
        </w:tc>
        <w:tc>
          <w:tcPr>
            <w:tcW w:w="2160" w:type="dxa"/>
          </w:tcPr>
          <w:p w14:paraId="1C13937E" w14:textId="77777777" w:rsidR="0089343F" w:rsidRDefault="00B65289">
            <w:r>
              <w:t>ich mache zu</w:t>
            </w:r>
            <w:r>
              <w:br/>
              <w:t>du machst zu</w:t>
            </w:r>
            <w:r>
              <w:br/>
              <w:t>er/sie/es macht zu</w:t>
            </w:r>
            <w:r>
              <w:br/>
              <w:t>wir machen zu</w:t>
            </w:r>
            <w:r>
              <w:br/>
              <w:t>ihr macht zu</w:t>
            </w:r>
            <w:r>
              <w:br/>
              <w:t>sie/Sie machen zu</w:t>
            </w:r>
          </w:p>
        </w:tc>
        <w:tc>
          <w:tcPr>
            <w:tcW w:w="2160" w:type="dxa"/>
          </w:tcPr>
          <w:p w14:paraId="360E16ED" w14:textId="77777777" w:rsidR="0089343F" w:rsidRDefault="00B65289">
            <w:r>
              <w:t>Kannst du die Tür zumachen?</w:t>
            </w:r>
          </w:p>
        </w:tc>
      </w:tr>
      <w:tr w:rsidR="0089343F" w14:paraId="063FE17C" w14:textId="77777777">
        <w:tc>
          <w:tcPr>
            <w:tcW w:w="2160" w:type="dxa"/>
          </w:tcPr>
          <w:p w14:paraId="67B61C33" w14:textId="77777777" w:rsidR="0089343F" w:rsidRDefault="00B65289">
            <w:r>
              <w:t>vorstellen</w:t>
            </w:r>
          </w:p>
        </w:tc>
        <w:tc>
          <w:tcPr>
            <w:tcW w:w="2160" w:type="dxa"/>
          </w:tcPr>
          <w:p w14:paraId="5064B109" w14:textId="77777777" w:rsidR="0089343F" w:rsidRDefault="00B65289">
            <w:r>
              <w:t>představit</w:t>
            </w:r>
          </w:p>
        </w:tc>
        <w:tc>
          <w:tcPr>
            <w:tcW w:w="2160" w:type="dxa"/>
          </w:tcPr>
          <w:p w14:paraId="41E87E4F" w14:textId="77777777" w:rsidR="0089343F" w:rsidRDefault="00B65289">
            <w:r>
              <w:t>ich stelle vor</w:t>
            </w:r>
            <w:r>
              <w:br/>
              <w:t>du stellst vor</w:t>
            </w:r>
            <w:r>
              <w:br/>
              <w:t>er/sie/es stellt vor</w:t>
            </w:r>
            <w:r>
              <w:br/>
              <w:t>wir stellen vor</w:t>
            </w:r>
            <w:r>
              <w:br/>
              <w:t>ihr stellt vor</w:t>
            </w:r>
            <w:r>
              <w:br/>
              <w:t>sie/Sie stellen vor</w:t>
            </w:r>
          </w:p>
        </w:tc>
        <w:tc>
          <w:tcPr>
            <w:tcW w:w="2160" w:type="dxa"/>
          </w:tcPr>
          <w:p w14:paraId="0F4286F3" w14:textId="77777777" w:rsidR="0089343F" w:rsidRDefault="00B65289">
            <w:r>
              <w:t>Ich stelle dir meinen Freund vor.</w:t>
            </w:r>
          </w:p>
        </w:tc>
      </w:tr>
      <w:tr w:rsidR="0089343F" w14:paraId="02131D8D" w14:textId="77777777">
        <w:tc>
          <w:tcPr>
            <w:tcW w:w="2160" w:type="dxa"/>
          </w:tcPr>
          <w:p w14:paraId="5BBA1747" w14:textId="77777777" w:rsidR="0089343F" w:rsidRDefault="00B65289">
            <w:r>
              <w:t>teilnehmen</w:t>
            </w:r>
          </w:p>
        </w:tc>
        <w:tc>
          <w:tcPr>
            <w:tcW w:w="2160" w:type="dxa"/>
          </w:tcPr>
          <w:p w14:paraId="0D1BF8B4" w14:textId="77777777" w:rsidR="0089343F" w:rsidRDefault="00B65289">
            <w:r>
              <w:t>účastnit se</w:t>
            </w:r>
          </w:p>
        </w:tc>
        <w:tc>
          <w:tcPr>
            <w:tcW w:w="2160" w:type="dxa"/>
          </w:tcPr>
          <w:p w14:paraId="0520D92D" w14:textId="77777777" w:rsidR="0089343F" w:rsidRDefault="00B65289">
            <w:r>
              <w:t>ich nehme teil</w:t>
            </w:r>
            <w:r>
              <w:br/>
            </w:r>
            <w:r>
              <w:lastRenderedPageBreak/>
              <w:t>du nimmst teil</w:t>
            </w:r>
            <w:r>
              <w:br/>
              <w:t>er/sie/es nimmt teil</w:t>
            </w:r>
            <w:r>
              <w:br/>
              <w:t>wir nehmen teil</w:t>
            </w:r>
            <w:r>
              <w:br/>
              <w:t>ihr nehmt teil</w:t>
            </w:r>
            <w:r>
              <w:br/>
              <w:t>sie/Sie nehmen teil</w:t>
            </w:r>
          </w:p>
        </w:tc>
        <w:tc>
          <w:tcPr>
            <w:tcW w:w="2160" w:type="dxa"/>
          </w:tcPr>
          <w:p w14:paraId="58384746" w14:textId="77777777" w:rsidR="0089343F" w:rsidRDefault="00B65289">
            <w:r>
              <w:lastRenderedPageBreak/>
              <w:t xml:space="preserve">Viele Studenten </w:t>
            </w:r>
            <w:r>
              <w:lastRenderedPageBreak/>
              <w:t>nehmen an dem Kurs teil.</w:t>
            </w:r>
          </w:p>
        </w:tc>
      </w:tr>
      <w:tr w:rsidR="0089343F" w14:paraId="1369E04A" w14:textId="77777777">
        <w:tc>
          <w:tcPr>
            <w:tcW w:w="2160" w:type="dxa"/>
          </w:tcPr>
          <w:p w14:paraId="32616AE3" w14:textId="77777777" w:rsidR="0089343F" w:rsidRDefault="00B65289">
            <w:r>
              <w:lastRenderedPageBreak/>
              <w:t>aufhören</w:t>
            </w:r>
          </w:p>
        </w:tc>
        <w:tc>
          <w:tcPr>
            <w:tcW w:w="2160" w:type="dxa"/>
          </w:tcPr>
          <w:p w14:paraId="5E4E56F0" w14:textId="77777777" w:rsidR="0089343F" w:rsidRDefault="00B65289">
            <w:r>
              <w:t>přestat</w:t>
            </w:r>
          </w:p>
        </w:tc>
        <w:tc>
          <w:tcPr>
            <w:tcW w:w="2160" w:type="dxa"/>
          </w:tcPr>
          <w:p w14:paraId="7E6A292C" w14:textId="77777777" w:rsidR="0089343F" w:rsidRDefault="00B65289">
            <w:r>
              <w:t>ich höre auf</w:t>
            </w:r>
            <w:r>
              <w:br/>
              <w:t>du hörst auf</w:t>
            </w:r>
            <w:r>
              <w:br/>
              <w:t>er/sie/es hört auf</w:t>
            </w:r>
            <w:r>
              <w:br/>
              <w:t>wir hören auf</w:t>
            </w:r>
            <w:r>
              <w:br/>
              <w:t>ihr hört auf</w:t>
            </w:r>
            <w:r>
              <w:br/>
              <w:t>sie/Sie hören auf</w:t>
            </w:r>
          </w:p>
        </w:tc>
        <w:tc>
          <w:tcPr>
            <w:tcW w:w="2160" w:type="dxa"/>
          </w:tcPr>
          <w:p w14:paraId="49BA8414" w14:textId="77777777" w:rsidR="0089343F" w:rsidRDefault="00B65289">
            <w:r>
              <w:t>Der Regen hört endlich auf.</w:t>
            </w:r>
          </w:p>
        </w:tc>
      </w:tr>
      <w:tr w:rsidR="0089343F" w14:paraId="328B9320" w14:textId="77777777">
        <w:tc>
          <w:tcPr>
            <w:tcW w:w="2160" w:type="dxa"/>
          </w:tcPr>
          <w:p w14:paraId="5FCE355F" w14:textId="77777777" w:rsidR="0089343F" w:rsidRDefault="00B65289">
            <w:r>
              <w:t>anfangen</w:t>
            </w:r>
          </w:p>
        </w:tc>
        <w:tc>
          <w:tcPr>
            <w:tcW w:w="2160" w:type="dxa"/>
          </w:tcPr>
          <w:p w14:paraId="04E26A16" w14:textId="77777777" w:rsidR="0089343F" w:rsidRDefault="00B65289">
            <w:r>
              <w:t>začít</w:t>
            </w:r>
          </w:p>
        </w:tc>
        <w:tc>
          <w:tcPr>
            <w:tcW w:w="2160" w:type="dxa"/>
          </w:tcPr>
          <w:p w14:paraId="7D0C8908" w14:textId="77777777" w:rsidR="0089343F" w:rsidRDefault="00B65289">
            <w:r>
              <w:t>ich fange an</w:t>
            </w:r>
            <w:r>
              <w:br/>
              <w:t>du fängst an</w:t>
            </w:r>
            <w:r>
              <w:br/>
              <w:t>er/sie/es fängt an</w:t>
            </w:r>
            <w:r>
              <w:br/>
            </w:r>
            <w:r>
              <w:t>wir fangen an</w:t>
            </w:r>
            <w:r>
              <w:br/>
              <w:t>ihr fangt an</w:t>
            </w:r>
            <w:r>
              <w:br/>
              <w:t>sie/Sie fangen an</w:t>
            </w:r>
          </w:p>
        </w:tc>
        <w:tc>
          <w:tcPr>
            <w:tcW w:w="2160" w:type="dxa"/>
          </w:tcPr>
          <w:p w14:paraId="64F1FD34" w14:textId="77777777" w:rsidR="0089343F" w:rsidRDefault="00B65289">
            <w:r>
              <w:t>Der Film fängt um 20 Uhr an.</w:t>
            </w:r>
          </w:p>
        </w:tc>
      </w:tr>
      <w:tr w:rsidR="0089343F" w14:paraId="51805064" w14:textId="77777777">
        <w:tc>
          <w:tcPr>
            <w:tcW w:w="2160" w:type="dxa"/>
          </w:tcPr>
          <w:p w14:paraId="2F98074C" w14:textId="77777777" w:rsidR="0089343F" w:rsidRDefault="00B65289">
            <w:r>
              <w:t>mitnehmen</w:t>
            </w:r>
          </w:p>
        </w:tc>
        <w:tc>
          <w:tcPr>
            <w:tcW w:w="2160" w:type="dxa"/>
          </w:tcPr>
          <w:p w14:paraId="765CABD3" w14:textId="77777777" w:rsidR="0089343F" w:rsidRDefault="00B65289">
            <w:r>
              <w:t>vzít s sebou</w:t>
            </w:r>
          </w:p>
        </w:tc>
        <w:tc>
          <w:tcPr>
            <w:tcW w:w="2160" w:type="dxa"/>
          </w:tcPr>
          <w:p w14:paraId="5C38A6DA" w14:textId="77777777" w:rsidR="0089343F" w:rsidRDefault="00B65289">
            <w:r>
              <w:t>ich nehme mit</w:t>
            </w:r>
            <w:r>
              <w:br/>
              <w:t>du nimmst mit</w:t>
            </w:r>
            <w:r>
              <w:br/>
              <w:t>er/sie/es nimmt mit</w:t>
            </w:r>
            <w:r>
              <w:br/>
              <w:t>wir nehmen mit</w:t>
            </w:r>
            <w:r>
              <w:br/>
              <w:t>ihr nehmt mit</w:t>
            </w:r>
            <w:r>
              <w:br/>
              <w:t>sie/Sie nehmen mit</w:t>
            </w:r>
          </w:p>
        </w:tc>
        <w:tc>
          <w:tcPr>
            <w:tcW w:w="2160" w:type="dxa"/>
          </w:tcPr>
          <w:p w14:paraId="0465D3F0" w14:textId="77777777" w:rsidR="0089343F" w:rsidRDefault="00B65289">
            <w:r>
              <w:t>Ich nehme einen Regenschirm mit.</w:t>
            </w:r>
          </w:p>
        </w:tc>
      </w:tr>
      <w:tr w:rsidR="0089343F" w14:paraId="69E4D5D9" w14:textId="77777777">
        <w:tc>
          <w:tcPr>
            <w:tcW w:w="2160" w:type="dxa"/>
          </w:tcPr>
          <w:p w14:paraId="4298DAA1" w14:textId="77777777" w:rsidR="0089343F" w:rsidRDefault="00B65289">
            <w:r>
              <w:t>vorbereiten</w:t>
            </w:r>
          </w:p>
        </w:tc>
        <w:tc>
          <w:tcPr>
            <w:tcW w:w="2160" w:type="dxa"/>
          </w:tcPr>
          <w:p w14:paraId="7D082535" w14:textId="77777777" w:rsidR="0089343F" w:rsidRDefault="00B65289">
            <w:r>
              <w:t>připravit</w:t>
            </w:r>
          </w:p>
        </w:tc>
        <w:tc>
          <w:tcPr>
            <w:tcW w:w="2160" w:type="dxa"/>
          </w:tcPr>
          <w:p w14:paraId="3C885079" w14:textId="77777777" w:rsidR="0089343F" w:rsidRDefault="00B65289">
            <w:r>
              <w:t>ich bereite vor</w:t>
            </w:r>
            <w:r>
              <w:br/>
              <w:t>du bereitest vor</w:t>
            </w:r>
            <w:r>
              <w:br/>
              <w:t>er/sie/es bereitet vor</w:t>
            </w:r>
            <w:r>
              <w:br/>
              <w:t>wir bereiten vor</w:t>
            </w:r>
            <w:r>
              <w:br/>
              <w:t>ihr bereitet vor</w:t>
            </w:r>
            <w:r>
              <w:br/>
              <w:t>sie/Sie bereiten vor</w:t>
            </w:r>
          </w:p>
        </w:tc>
        <w:tc>
          <w:tcPr>
            <w:tcW w:w="2160" w:type="dxa"/>
          </w:tcPr>
          <w:p w14:paraId="5484134A" w14:textId="77777777" w:rsidR="0089343F" w:rsidRDefault="00B65289">
            <w:r>
              <w:t>Wir bereiten das Abendessen vor.</w:t>
            </w:r>
          </w:p>
        </w:tc>
      </w:tr>
      <w:tr w:rsidR="0089343F" w14:paraId="7B64FE9C" w14:textId="77777777">
        <w:tc>
          <w:tcPr>
            <w:tcW w:w="2160" w:type="dxa"/>
          </w:tcPr>
          <w:p w14:paraId="0AECC91E" w14:textId="77777777" w:rsidR="0089343F" w:rsidRDefault="00B65289">
            <w:r>
              <w:t>aufwachen</w:t>
            </w:r>
          </w:p>
        </w:tc>
        <w:tc>
          <w:tcPr>
            <w:tcW w:w="2160" w:type="dxa"/>
          </w:tcPr>
          <w:p w14:paraId="38EC2ADD" w14:textId="77777777" w:rsidR="0089343F" w:rsidRDefault="00B65289">
            <w:r>
              <w:t>probudit se</w:t>
            </w:r>
          </w:p>
        </w:tc>
        <w:tc>
          <w:tcPr>
            <w:tcW w:w="2160" w:type="dxa"/>
          </w:tcPr>
          <w:p w14:paraId="57352525" w14:textId="77777777" w:rsidR="0089343F" w:rsidRDefault="00B65289">
            <w:r>
              <w:t>ich wache auf</w:t>
            </w:r>
            <w:r>
              <w:br/>
              <w:t>du wachst auf</w:t>
            </w:r>
            <w:r>
              <w:br/>
              <w:t>er/sie/es wacht auf</w:t>
            </w:r>
            <w:r>
              <w:br/>
              <w:t>wir wachen auf</w:t>
            </w:r>
            <w:r>
              <w:br/>
              <w:t>ihr wacht auf</w:t>
            </w:r>
            <w:r>
              <w:br/>
              <w:t>sie/Sie wachen auf</w:t>
            </w:r>
          </w:p>
        </w:tc>
        <w:tc>
          <w:tcPr>
            <w:tcW w:w="2160" w:type="dxa"/>
          </w:tcPr>
          <w:p w14:paraId="2CDED382" w14:textId="77777777" w:rsidR="0089343F" w:rsidRDefault="00B65289">
            <w:r>
              <w:t>Das Baby wacht in der Nacht oft auf.</w:t>
            </w:r>
          </w:p>
        </w:tc>
      </w:tr>
      <w:tr w:rsidR="0089343F" w14:paraId="735F1973" w14:textId="77777777">
        <w:tc>
          <w:tcPr>
            <w:tcW w:w="2160" w:type="dxa"/>
          </w:tcPr>
          <w:p w14:paraId="6C88A573" w14:textId="77777777" w:rsidR="0089343F" w:rsidRDefault="00B65289">
            <w:r>
              <w:t>hinfahren</w:t>
            </w:r>
          </w:p>
        </w:tc>
        <w:tc>
          <w:tcPr>
            <w:tcW w:w="2160" w:type="dxa"/>
          </w:tcPr>
          <w:p w14:paraId="51401381" w14:textId="77777777" w:rsidR="0089343F" w:rsidRDefault="00B65289">
            <w:r>
              <w:t>jet tam</w:t>
            </w:r>
          </w:p>
        </w:tc>
        <w:tc>
          <w:tcPr>
            <w:tcW w:w="2160" w:type="dxa"/>
          </w:tcPr>
          <w:p w14:paraId="223916E7" w14:textId="77777777" w:rsidR="0089343F" w:rsidRDefault="00B65289">
            <w:r>
              <w:t>ich fahre hin</w:t>
            </w:r>
            <w:r>
              <w:br/>
              <w:t>du fährst hin</w:t>
            </w:r>
            <w:r>
              <w:br/>
              <w:t>er/sie/es fährt hin</w:t>
            </w:r>
            <w:r>
              <w:br/>
            </w:r>
            <w:r>
              <w:lastRenderedPageBreak/>
              <w:t>wir fahren hin</w:t>
            </w:r>
            <w:r>
              <w:br/>
              <w:t>ihr fahrt hin</w:t>
            </w:r>
            <w:r>
              <w:br/>
              <w:t>sie/Sie fahren hin</w:t>
            </w:r>
          </w:p>
        </w:tc>
        <w:tc>
          <w:tcPr>
            <w:tcW w:w="2160" w:type="dxa"/>
          </w:tcPr>
          <w:p w14:paraId="033069FF" w14:textId="77777777" w:rsidR="0089343F" w:rsidRDefault="00B65289">
            <w:r>
              <w:lastRenderedPageBreak/>
              <w:t>Wir fahren morgen nach Berlin hin.</w:t>
            </w:r>
          </w:p>
        </w:tc>
      </w:tr>
      <w:tr w:rsidR="0089343F" w14:paraId="1D1CCE78" w14:textId="77777777">
        <w:tc>
          <w:tcPr>
            <w:tcW w:w="2160" w:type="dxa"/>
          </w:tcPr>
          <w:p w14:paraId="22604B5D" w14:textId="77777777" w:rsidR="0089343F" w:rsidRDefault="00B65289">
            <w:r>
              <w:t>vorbeikommen</w:t>
            </w:r>
          </w:p>
        </w:tc>
        <w:tc>
          <w:tcPr>
            <w:tcW w:w="2160" w:type="dxa"/>
          </w:tcPr>
          <w:p w14:paraId="6337FFA2" w14:textId="77777777" w:rsidR="0089343F" w:rsidRDefault="00B65289">
            <w:r>
              <w:t>stavit se</w:t>
            </w:r>
          </w:p>
        </w:tc>
        <w:tc>
          <w:tcPr>
            <w:tcW w:w="2160" w:type="dxa"/>
          </w:tcPr>
          <w:p w14:paraId="7656C350" w14:textId="77777777" w:rsidR="0089343F" w:rsidRDefault="00B65289">
            <w:r>
              <w:t>ich komme vorbei</w:t>
            </w:r>
            <w:r>
              <w:br/>
            </w:r>
            <w:r>
              <w:t>du kommst vorbei</w:t>
            </w:r>
            <w:r>
              <w:br/>
              <w:t>er/sie/es kommt vorbei</w:t>
            </w:r>
            <w:r>
              <w:br/>
              <w:t>wir kommen vorbei</w:t>
            </w:r>
            <w:r>
              <w:br/>
              <w:t>ihr kommt vorbei</w:t>
            </w:r>
            <w:r>
              <w:br/>
              <w:t>sie/Sie kommen vorbei</w:t>
            </w:r>
          </w:p>
        </w:tc>
        <w:tc>
          <w:tcPr>
            <w:tcW w:w="2160" w:type="dxa"/>
          </w:tcPr>
          <w:p w14:paraId="798FCF9E" w14:textId="77777777" w:rsidR="0089343F" w:rsidRDefault="00B65289">
            <w:r>
              <w:t>Kommst du morgen bei mir vorbei?</w:t>
            </w:r>
          </w:p>
        </w:tc>
      </w:tr>
      <w:tr w:rsidR="0089343F" w14:paraId="5EAA9395" w14:textId="77777777">
        <w:tc>
          <w:tcPr>
            <w:tcW w:w="2160" w:type="dxa"/>
          </w:tcPr>
          <w:p w14:paraId="7529A4FC" w14:textId="77777777" w:rsidR="0089343F" w:rsidRDefault="00B65289">
            <w:r>
              <w:t>weggehen</w:t>
            </w:r>
          </w:p>
        </w:tc>
        <w:tc>
          <w:tcPr>
            <w:tcW w:w="2160" w:type="dxa"/>
          </w:tcPr>
          <w:p w14:paraId="59AB5E1E" w14:textId="77777777" w:rsidR="0089343F" w:rsidRDefault="00B65289">
            <w:r>
              <w:t>odejít</w:t>
            </w:r>
          </w:p>
        </w:tc>
        <w:tc>
          <w:tcPr>
            <w:tcW w:w="2160" w:type="dxa"/>
          </w:tcPr>
          <w:p w14:paraId="1E46876E" w14:textId="77777777" w:rsidR="0089343F" w:rsidRDefault="00B65289">
            <w:r>
              <w:t>ich gehe weg</w:t>
            </w:r>
            <w:r>
              <w:br/>
              <w:t>du gehst weg</w:t>
            </w:r>
            <w:r>
              <w:br/>
              <w:t>er/sie/es geht weg</w:t>
            </w:r>
            <w:r>
              <w:br/>
              <w:t>wir gehen weg</w:t>
            </w:r>
            <w:r>
              <w:br/>
              <w:t>ihr geht weg</w:t>
            </w:r>
            <w:r>
              <w:br/>
              <w:t>sie/Sie gehen weg</w:t>
            </w:r>
          </w:p>
        </w:tc>
        <w:tc>
          <w:tcPr>
            <w:tcW w:w="2160" w:type="dxa"/>
          </w:tcPr>
          <w:p w14:paraId="12C65B55" w14:textId="77777777" w:rsidR="0089343F" w:rsidRDefault="00B65289">
            <w:r>
              <w:t>Sie geht sofort weg.</w:t>
            </w:r>
          </w:p>
        </w:tc>
      </w:tr>
      <w:tr w:rsidR="0089343F" w14:paraId="3D6F40FD" w14:textId="77777777">
        <w:tc>
          <w:tcPr>
            <w:tcW w:w="2160" w:type="dxa"/>
          </w:tcPr>
          <w:p w14:paraId="50ECB4D0" w14:textId="77777777" w:rsidR="0089343F" w:rsidRDefault="00B65289">
            <w:r>
              <w:t>losgehen</w:t>
            </w:r>
          </w:p>
        </w:tc>
        <w:tc>
          <w:tcPr>
            <w:tcW w:w="2160" w:type="dxa"/>
          </w:tcPr>
          <w:p w14:paraId="23E168CE" w14:textId="77777777" w:rsidR="0089343F" w:rsidRDefault="00B65289">
            <w:r>
              <w:t>vyrazit</w:t>
            </w:r>
          </w:p>
        </w:tc>
        <w:tc>
          <w:tcPr>
            <w:tcW w:w="2160" w:type="dxa"/>
          </w:tcPr>
          <w:p w14:paraId="197E6721" w14:textId="77777777" w:rsidR="0089343F" w:rsidRDefault="00B65289">
            <w:r>
              <w:t>ich gehe los</w:t>
            </w:r>
            <w:r>
              <w:br/>
              <w:t>du gehst los</w:t>
            </w:r>
            <w:r>
              <w:br/>
              <w:t>er/sie/es geht los</w:t>
            </w:r>
            <w:r>
              <w:br/>
              <w:t>wir gehen los</w:t>
            </w:r>
            <w:r>
              <w:br/>
              <w:t>ihr geht los</w:t>
            </w:r>
            <w:r>
              <w:br/>
              <w:t>sie/Sie gehen los</w:t>
            </w:r>
          </w:p>
        </w:tc>
        <w:tc>
          <w:tcPr>
            <w:tcW w:w="2160" w:type="dxa"/>
          </w:tcPr>
          <w:p w14:paraId="21470A9F" w14:textId="77777777" w:rsidR="0089343F" w:rsidRDefault="00B65289">
            <w:r>
              <w:t>Das Konzert geht gleich los.</w:t>
            </w:r>
          </w:p>
        </w:tc>
      </w:tr>
      <w:tr w:rsidR="0089343F" w14:paraId="67319B99" w14:textId="77777777">
        <w:tc>
          <w:tcPr>
            <w:tcW w:w="2160" w:type="dxa"/>
          </w:tcPr>
          <w:p w14:paraId="701D11D5" w14:textId="77777777" w:rsidR="0089343F" w:rsidRDefault="00B65289">
            <w:r>
              <w:t>weitergehen</w:t>
            </w:r>
          </w:p>
        </w:tc>
        <w:tc>
          <w:tcPr>
            <w:tcW w:w="2160" w:type="dxa"/>
          </w:tcPr>
          <w:p w14:paraId="2642161C" w14:textId="77777777" w:rsidR="0089343F" w:rsidRDefault="00B65289">
            <w:r>
              <w:t>pokračovat</w:t>
            </w:r>
          </w:p>
        </w:tc>
        <w:tc>
          <w:tcPr>
            <w:tcW w:w="2160" w:type="dxa"/>
          </w:tcPr>
          <w:p w14:paraId="50570238" w14:textId="77777777" w:rsidR="0089343F" w:rsidRDefault="00B65289">
            <w:r>
              <w:t>ich gehe weiter</w:t>
            </w:r>
            <w:r>
              <w:br/>
              <w:t>du gehst weiter</w:t>
            </w:r>
            <w:r>
              <w:br/>
              <w:t>er/sie/es geht weiter</w:t>
            </w:r>
            <w:r>
              <w:br/>
              <w:t>wir gehen weiter</w:t>
            </w:r>
            <w:r>
              <w:br/>
              <w:t>ihr geht weiter</w:t>
            </w:r>
            <w:r>
              <w:br/>
              <w:t>sie/Sie gehen weiter</w:t>
            </w:r>
          </w:p>
        </w:tc>
        <w:tc>
          <w:tcPr>
            <w:tcW w:w="2160" w:type="dxa"/>
          </w:tcPr>
          <w:p w14:paraId="34FCF436" w14:textId="77777777" w:rsidR="0089343F" w:rsidRDefault="00B65289">
            <w:r>
              <w:t>Wir gehen nach der Pause weiter.</w:t>
            </w:r>
          </w:p>
        </w:tc>
      </w:tr>
      <w:tr w:rsidR="0089343F" w14:paraId="3993168A" w14:textId="77777777">
        <w:tc>
          <w:tcPr>
            <w:tcW w:w="2160" w:type="dxa"/>
          </w:tcPr>
          <w:p w14:paraId="752B3091" w14:textId="77777777" w:rsidR="0089343F" w:rsidRDefault="00B65289">
            <w:r>
              <w:t>zurückgeben</w:t>
            </w:r>
          </w:p>
        </w:tc>
        <w:tc>
          <w:tcPr>
            <w:tcW w:w="2160" w:type="dxa"/>
          </w:tcPr>
          <w:p w14:paraId="14F331C6" w14:textId="77777777" w:rsidR="0089343F" w:rsidRDefault="00B65289">
            <w:r>
              <w:t>vrátit</w:t>
            </w:r>
          </w:p>
        </w:tc>
        <w:tc>
          <w:tcPr>
            <w:tcW w:w="2160" w:type="dxa"/>
          </w:tcPr>
          <w:p w14:paraId="50C93F96" w14:textId="77777777" w:rsidR="0089343F" w:rsidRDefault="00B65289">
            <w:r>
              <w:t>ich gebe zurück</w:t>
            </w:r>
            <w:r>
              <w:br/>
              <w:t>du gibst zurück</w:t>
            </w:r>
            <w:r>
              <w:br/>
              <w:t>er/sie/es gibt zurück</w:t>
            </w:r>
            <w:r>
              <w:br/>
              <w:t>wir geben zurück</w:t>
            </w:r>
            <w:r>
              <w:br/>
              <w:t>ihr gebt zurück</w:t>
            </w:r>
            <w:r>
              <w:br/>
              <w:t>sie/Sie geben zurück</w:t>
            </w:r>
          </w:p>
        </w:tc>
        <w:tc>
          <w:tcPr>
            <w:tcW w:w="2160" w:type="dxa"/>
          </w:tcPr>
          <w:p w14:paraId="53994258" w14:textId="77777777" w:rsidR="0089343F" w:rsidRDefault="00B65289">
            <w:r>
              <w:t>Bitte gib mir mein Buch zurück.</w:t>
            </w:r>
          </w:p>
        </w:tc>
      </w:tr>
      <w:tr w:rsidR="0089343F" w14:paraId="7AD1D640" w14:textId="77777777">
        <w:tc>
          <w:tcPr>
            <w:tcW w:w="2160" w:type="dxa"/>
          </w:tcPr>
          <w:p w14:paraId="5AD48D8A" w14:textId="77777777" w:rsidR="0089343F" w:rsidRDefault="00B65289">
            <w:r>
              <w:lastRenderedPageBreak/>
              <w:t>einschlafen</w:t>
            </w:r>
          </w:p>
        </w:tc>
        <w:tc>
          <w:tcPr>
            <w:tcW w:w="2160" w:type="dxa"/>
          </w:tcPr>
          <w:p w14:paraId="2746C612" w14:textId="77777777" w:rsidR="0089343F" w:rsidRDefault="00B65289">
            <w:r>
              <w:t>usnout</w:t>
            </w:r>
          </w:p>
        </w:tc>
        <w:tc>
          <w:tcPr>
            <w:tcW w:w="2160" w:type="dxa"/>
          </w:tcPr>
          <w:p w14:paraId="61295955" w14:textId="77777777" w:rsidR="0089343F" w:rsidRDefault="00B65289">
            <w:r>
              <w:t>ich schlafe ein</w:t>
            </w:r>
            <w:r>
              <w:br/>
              <w:t>du schläfst ein</w:t>
            </w:r>
            <w:r>
              <w:br/>
              <w:t>er/sie/es schläft ein</w:t>
            </w:r>
            <w:r>
              <w:br/>
              <w:t>wir schlafen ein</w:t>
            </w:r>
            <w:r>
              <w:br/>
              <w:t>ihr schlaft ein</w:t>
            </w:r>
            <w:r>
              <w:br/>
              <w:t>sie/Sie schlafen ein</w:t>
            </w:r>
          </w:p>
        </w:tc>
        <w:tc>
          <w:tcPr>
            <w:tcW w:w="2160" w:type="dxa"/>
          </w:tcPr>
          <w:p w14:paraId="0A5505F2" w14:textId="77777777" w:rsidR="0089343F" w:rsidRDefault="00B65289">
            <w:r>
              <w:t>Er schläft sehr schnell ein.</w:t>
            </w:r>
          </w:p>
        </w:tc>
      </w:tr>
      <w:tr w:rsidR="0089343F" w14:paraId="0DE6937B" w14:textId="77777777">
        <w:tc>
          <w:tcPr>
            <w:tcW w:w="2160" w:type="dxa"/>
          </w:tcPr>
          <w:p w14:paraId="5F153E13" w14:textId="77777777" w:rsidR="0089343F" w:rsidRDefault="00B65289">
            <w:r>
              <w:t>mitarbeiten</w:t>
            </w:r>
          </w:p>
        </w:tc>
        <w:tc>
          <w:tcPr>
            <w:tcW w:w="2160" w:type="dxa"/>
          </w:tcPr>
          <w:p w14:paraId="4CFB3D3D" w14:textId="77777777" w:rsidR="0089343F" w:rsidRDefault="00B65289">
            <w:r>
              <w:t>spolupracovat</w:t>
            </w:r>
          </w:p>
        </w:tc>
        <w:tc>
          <w:tcPr>
            <w:tcW w:w="2160" w:type="dxa"/>
          </w:tcPr>
          <w:p w14:paraId="5D691AEF" w14:textId="77777777" w:rsidR="0089343F" w:rsidRDefault="00B65289">
            <w:r>
              <w:t>ich arbeite mit</w:t>
            </w:r>
            <w:r>
              <w:br/>
              <w:t>du arbeitest mit</w:t>
            </w:r>
            <w:r>
              <w:br/>
              <w:t>er/sie/es arbeitet mit</w:t>
            </w:r>
            <w:r>
              <w:br/>
              <w:t>wir arbeiten mit</w:t>
            </w:r>
            <w:r>
              <w:br/>
              <w:t>ihr arbeitet mit</w:t>
            </w:r>
            <w:r>
              <w:br/>
              <w:t>sie/Sie arbeiten mit</w:t>
            </w:r>
          </w:p>
        </w:tc>
        <w:tc>
          <w:tcPr>
            <w:tcW w:w="2160" w:type="dxa"/>
          </w:tcPr>
          <w:p w14:paraId="243B317F" w14:textId="77777777" w:rsidR="0089343F" w:rsidRDefault="00B65289">
            <w:r>
              <w:t>Wir arbeiten gern mit anderen Firmen mit.</w:t>
            </w:r>
          </w:p>
        </w:tc>
      </w:tr>
    </w:tbl>
    <w:p w14:paraId="61B48DF4" w14:textId="77777777" w:rsidR="00B65289" w:rsidRDefault="00B65289"/>
    <w:sectPr w:rsidR="0000000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17234962">
    <w:abstractNumId w:val="8"/>
  </w:num>
  <w:num w:numId="2" w16cid:durableId="74480275">
    <w:abstractNumId w:val="6"/>
  </w:num>
  <w:num w:numId="3" w16cid:durableId="1641612112">
    <w:abstractNumId w:val="5"/>
  </w:num>
  <w:num w:numId="4" w16cid:durableId="2089765430">
    <w:abstractNumId w:val="4"/>
  </w:num>
  <w:num w:numId="5" w16cid:durableId="1706783845">
    <w:abstractNumId w:val="7"/>
  </w:num>
  <w:num w:numId="6" w16cid:durableId="1539977425">
    <w:abstractNumId w:val="3"/>
  </w:num>
  <w:num w:numId="7" w16cid:durableId="1401102035">
    <w:abstractNumId w:val="2"/>
  </w:num>
  <w:num w:numId="8" w16cid:durableId="1059019297">
    <w:abstractNumId w:val="1"/>
  </w:num>
  <w:num w:numId="9" w16cid:durableId="442186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9343F"/>
    <w:rsid w:val="00AA1D8D"/>
    <w:rsid w:val="00B47730"/>
    <w:rsid w:val="00B65289"/>
    <w:rsid w:val="00CB0664"/>
    <w:rsid w:val="00D369D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BD9FC9"/>
  <w14:defaultImageDpi w14:val="300"/>
  <w15:docId w15:val="{F6BD62B4-72FE-40FE-AF8A-8403E5B10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Šedivec Dominik</cp:lastModifiedBy>
  <cp:revision>2</cp:revision>
  <dcterms:created xsi:type="dcterms:W3CDTF">2013-12-23T23:15:00Z</dcterms:created>
  <dcterms:modified xsi:type="dcterms:W3CDTF">2025-08-17T09:53:00Z</dcterms:modified>
  <cp:category/>
</cp:coreProperties>
</file>